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C53C0F" w14:textId="77777777" w:rsidR="00A91E1F" w:rsidRDefault="00000000">
      <w:r>
        <w:rPr>
          <w:rFonts w:ascii="Times New Roman" w:eastAsia="Times New Roman" w:hAnsi="Times New Roman"/>
          <w:i/>
          <w:sz w:val="20"/>
        </w:rPr>
        <w:t>Mẫu sổ theo dõi cung cấp thông tin theo yêu cầu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37"/>
        <w:gridCol w:w="7937"/>
      </w:tblGrid>
      <w:tr w:rsidR="00A91E1F" w14:paraId="0F6E2479" w14:textId="77777777">
        <w:trPr>
          <w:jc w:val="center"/>
        </w:trPr>
        <w:tc>
          <w:tcPr>
            <w:tcW w:w="7937" w:type="dxa"/>
            <w:vAlign w:val="center"/>
          </w:tcPr>
          <w:p w14:paraId="3A9DF566" w14:textId="13C71F0B" w:rsidR="00A91E1F" w:rsidRDefault="00000000">
            <w:pPr>
              <w:jc w:val="center"/>
            </w:pPr>
            <w:r>
              <w:rPr>
                <w:rFonts w:ascii="Times New Roman" w:eastAsia="Times New Roman" w:hAnsi="Times New Roman"/>
                <w:b/>
              </w:rPr>
              <w:t>ỦY BAN NHÂN DÂN</w:t>
            </w:r>
            <w:r>
              <w:br/>
            </w:r>
            <w:r>
              <w:rPr>
                <w:rFonts w:ascii="Times New Roman" w:eastAsia="Times New Roman" w:hAnsi="Times New Roman"/>
                <w:b/>
              </w:rPr>
              <w:t xml:space="preserve">PHƯỜNG </w:t>
            </w:r>
            <w:r w:rsidR="009C615A">
              <w:rPr>
                <w:rFonts w:ascii="Times New Roman" w:eastAsia="Times New Roman" w:hAnsi="Times New Roman"/>
                <w:b/>
              </w:rPr>
              <w:t>UÔNG BÍ</w:t>
            </w:r>
          </w:p>
        </w:tc>
        <w:tc>
          <w:tcPr>
            <w:tcW w:w="7937" w:type="dxa"/>
            <w:vAlign w:val="center"/>
          </w:tcPr>
          <w:p w14:paraId="58DC1DC0" w14:textId="77777777" w:rsidR="00A91E1F" w:rsidRDefault="00000000">
            <w:pPr>
              <w:jc w:val="center"/>
            </w:pPr>
            <w:r>
              <w:rPr>
                <w:rFonts w:ascii="Times New Roman" w:eastAsia="Times New Roman" w:hAnsi="Times New Roman"/>
                <w:b/>
              </w:rPr>
              <w:t>CỘNG HÒA XÃ HỘI CHỦ NGHĨA VIỆT NAM</w:t>
            </w:r>
            <w:r>
              <w:br/>
            </w:r>
            <w:r>
              <w:rPr>
                <w:rFonts w:ascii="Times New Roman" w:eastAsia="Times New Roman" w:hAnsi="Times New Roman"/>
                <w:b/>
              </w:rPr>
              <w:t>Độc lập - Tự do - Hạnh phúc</w:t>
            </w:r>
            <w:r>
              <w:br/>
            </w:r>
            <w:r>
              <w:rPr>
                <w:rFonts w:ascii="Times New Roman" w:eastAsia="Times New Roman" w:hAnsi="Times New Roman"/>
                <w:b/>
              </w:rPr>
              <w:t>---------------</w:t>
            </w:r>
          </w:p>
        </w:tc>
      </w:tr>
    </w:tbl>
    <w:p w14:paraId="0F79E1A5" w14:textId="77777777" w:rsidR="00A91E1F" w:rsidRDefault="00000000">
      <w:pPr>
        <w:spacing w:before="240" w:after="0"/>
        <w:jc w:val="center"/>
      </w:pPr>
      <w:r>
        <w:rPr>
          <w:rFonts w:ascii="Times New Roman" w:eastAsia="Times New Roman" w:hAnsi="Times New Roman"/>
          <w:b/>
          <w:sz w:val="28"/>
        </w:rPr>
        <w:t>SỔ THEO DÕI CUNG CẤP THÔNG TIN THEO YÊU CẦU</w:t>
      </w:r>
    </w:p>
    <w:p w14:paraId="51D22672" w14:textId="334957CA" w:rsidR="00A91E1F" w:rsidRDefault="00000000">
      <w:pPr>
        <w:spacing w:after="160"/>
        <w:jc w:val="center"/>
      </w:pPr>
      <w:r>
        <w:rPr>
          <w:rFonts w:ascii="Times New Roman" w:eastAsia="Times New Roman" w:hAnsi="Times New Roman"/>
          <w:i/>
        </w:rPr>
        <w:t>(Từ ngày</w:t>
      </w:r>
      <w:r w:rsidR="009C615A">
        <w:rPr>
          <w:rFonts w:ascii="Times New Roman" w:eastAsia="Times New Roman" w:hAnsi="Times New Roman"/>
          <w:i/>
        </w:rPr>
        <w:t>…</w:t>
      </w:r>
      <w:r>
        <w:rPr>
          <w:rFonts w:ascii="Times New Roman" w:eastAsia="Times New Roman" w:hAnsi="Times New Roman"/>
          <w:i/>
        </w:rPr>
        <w:t>…tháng</w:t>
      </w:r>
      <w:r w:rsidR="009C615A">
        <w:rPr>
          <w:rFonts w:ascii="Times New Roman" w:eastAsia="Times New Roman" w:hAnsi="Times New Roman"/>
          <w:i/>
        </w:rPr>
        <w:t>….</w:t>
      </w:r>
      <w:r>
        <w:rPr>
          <w:rFonts w:ascii="Times New Roman" w:eastAsia="Times New Roman" w:hAnsi="Times New Roman"/>
          <w:i/>
        </w:rPr>
        <w:t>…năm 2026 đến ngày</w:t>
      </w:r>
      <w:r w:rsidR="009C615A">
        <w:rPr>
          <w:rFonts w:ascii="Times New Roman" w:eastAsia="Times New Roman" w:hAnsi="Times New Roman"/>
          <w:i/>
        </w:rPr>
        <w:t>…..</w:t>
      </w:r>
      <w:r>
        <w:rPr>
          <w:rFonts w:ascii="Times New Roman" w:eastAsia="Times New Roman" w:hAnsi="Times New Roman"/>
          <w:i/>
        </w:rPr>
        <w:t>…tháng…</w:t>
      </w:r>
      <w:r w:rsidR="009C615A">
        <w:rPr>
          <w:rFonts w:ascii="Times New Roman" w:eastAsia="Times New Roman" w:hAnsi="Times New Roman"/>
          <w:i/>
        </w:rPr>
        <w:t>……</w:t>
      </w:r>
      <w:r>
        <w:rPr>
          <w:rFonts w:ascii="Times New Roman" w:eastAsia="Times New Roman" w:hAnsi="Times New Roman"/>
          <w:i/>
        </w:rPr>
        <w:t>năm 2026)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1134"/>
        <w:gridCol w:w="907"/>
        <w:gridCol w:w="1417"/>
        <w:gridCol w:w="907"/>
        <w:gridCol w:w="964"/>
        <w:gridCol w:w="1644"/>
        <w:gridCol w:w="1304"/>
        <w:gridCol w:w="1361"/>
        <w:gridCol w:w="1020"/>
        <w:gridCol w:w="1304"/>
        <w:gridCol w:w="1304"/>
        <w:gridCol w:w="1304"/>
      </w:tblGrid>
      <w:tr w:rsidR="00A91E1F" w14:paraId="251F0638" w14:textId="77777777">
        <w:trPr>
          <w:tblHeader/>
          <w:jc w:val="center"/>
        </w:trPr>
        <w:tc>
          <w:tcPr>
            <w:tcW w:w="56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19C367" w14:textId="77777777" w:rsidR="00A91E1F" w:rsidRDefault="00000000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6"/>
              </w:rPr>
              <w:t>STT yêu cầu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69EDAF" w14:textId="77777777" w:rsidR="00A91E1F" w:rsidRDefault="00000000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6"/>
              </w:rPr>
              <w:t>Ngày, tháng, năm nhận yêu cầu</w:t>
            </w:r>
          </w:p>
        </w:tc>
        <w:tc>
          <w:tcPr>
            <w:tcW w:w="90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D00CF1" w14:textId="77777777" w:rsidR="00A91E1F" w:rsidRDefault="00000000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6"/>
              </w:rPr>
              <w:t>Tên người yêu cầu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8D6680" w14:textId="77777777" w:rsidR="00A91E1F" w:rsidRDefault="00000000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6"/>
              </w:rPr>
              <w:t>Địa chỉ người yêu cầu</w:t>
            </w:r>
          </w:p>
        </w:tc>
        <w:tc>
          <w:tcPr>
            <w:tcW w:w="90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6A1F42B" w14:textId="77777777" w:rsidR="00A91E1F" w:rsidRDefault="00000000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6"/>
              </w:rPr>
              <w:t>Số điện thoại</w:t>
            </w:r>
          </w:p>
        </w:tc>
        <w:tc>
          <w:tcPr>
            <w:tcW w:w="96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211440" w14:textId="77777777" w:rsidR="00A91E1F" w:rsidRDefault="00000000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6"/>
              </w:rPr>
              <w:t>Thư điện tử (nếu có)</w:t>
            </w:r>
          </w:p>
        </w:tc>
        <w:tc>
          <w:tcPr>
            <w:tcW w:w="164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12B431" w14:textId="77777777" w:rsidR="00A91E1F" w:rsidRDefault="00000000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6"/>
              </w:rPr>
              <w:t>Tên, số, ký hiệu văn bản, hồ sơ, tài liệu được yêu cầu</w:t>
            </w:r>
          </w:p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978694" w14:textId="77777777" w:rsidR="00A91E1F" w:rsidRDefault="00000000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6"/>
              </w:rPr>
              <w:t>Hình thức cung cấp thông tin</w:t>
            </w:r>
          </w:p>
        </w:tc>
        <w:tc>
          <w:tcPr>
            <w:tcW w:w="136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12C03E" w14:textId="77777777" w:rsidR="00A91E1F" w:rsidRDefault="00000000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6"/>
              </w:rPr>
              <w:t>Ngày, tháng, năm cung cấp thông tin</w:t>
            </w:r>
          </w:p>
        </w:tc>
        <w:tc>
          <w:tcPr>
            <w:tcW w:w="102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065FA9F" w14:textId="77777777" w:rsidR="00A91E1F" w:rsidRDefault="00000000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6"/>
              </w:rPr>
              <w:t>Chi phí tiếp cận thông tin</w:t>
            </w:r>
          </w:p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34C4F0C" w14:textId="77777777" w:rsidR="00A91E1F" w:rsidRDefault="00000000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6"/>
              </w:rPr>
              <w:t>Tên người tiếp nhận yêu cầu</w:t>
            </w:r>
          </w:p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815C6C" w14:textId="77777777" w:rsidR="00A91E1F" w:rsidRDefault="00000000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6"/>
              </w:rPr>
              <w:t>Thông báo từ chối, lý do từ chối yêu cầu</w:t>
            </w:r>
          </w:p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C365A4" w14:textId="77777777" w:rsidR="00A91E1F" w:rsidRDefault="00000000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6"/>
              </w:rPr>
              <w:t>Thông báo gia hạn, lý do gia hạn</w:t>
            </w:r>
          </w:p>
        </w:tc>
      </w:tr>
      <w:tr w:rsidR="00A91E1F" w14:paraId="3744C29E" w14:textId="77777777">
        <w:trPr>
          <w:jc w:val="center"/>
        </w:trPr>
        <w:tc>
          <w:tcPr>
            <w:tcW w:w="56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23E4A51" w14:textId="77777777" w:rsidR="00A91E1F" w:rsidRDefault="00A91E1F"/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B5D334" w14:textId="77777777" w:rsidR="00A91E1F" w:rsidRDefault="00A91E1F"/>
        </w:tc>
        <w:tc>
          <w:tcPr>
            <w:tcW w:w="90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C743A32" w14:textId="77777777" w:rsidR="00A91E1F" w:rsidRDefault="00A91E1F"/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1E974DF" w14:textId="77777777" w:rsidR="00A91E1F" w:rsidRDefault="00A91E1F"/>
        </w:tc>
        <w:tc>
          <w:tcPr>
            <w:tcW w:w="90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354749" w14:textId="77777777" w:rsidR="00A91E1F" w:rsidRDefault="00A91E1F"/>
        </w:tc>
        <w:tc>
          <w:tcPr>
            <w:tcW w:w="96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AFC7ECE" w14:textId="77777777" w:rsidR="00A91E1F" w:rsidRDefault="00A91E1F"/>
        </w:tc>
        <w:tc>
          <w:tcPr>
            <w:tcW w:w="164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3998306" w14:textId="77777777" w:rsidR="00A91E1F" w:rsidRDefault="00A91E1F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443D05" w14:textId="77777777" w:rsidR="00A91E1F" w:rsidRDefault="00A91E1F"/>
        </w:tc>
        <w:tc>
          <w:tcPr>
            <w:tcW w:w="136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E5B95C" w14:textId="77777777" w:rsidR="00A91E1F" w:rsidRDefault="00A91E1F"/>
        </w:tc>
        <w:tc>
          <w:tcPr>
            <w:tcW w:w="102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0508BE" w14:textId="77777777" w:rsidR="00A91E1F" w:rsidRDefault="00A91E1F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2D207D" w14:textId="77777777" w:rsidR="00A91E1F" w:rsidRDefault="00A91E1F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442F7A" w14:textId="77777777" w:rsidR="00A91E1F" w:rsidRDefault="00A91E1F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7DE53E1" w14:textId="77777777" w:rsidR="00A91E1F" w:rsidRDefault="00A91E1F"/>
        </w:tc>
      </w:tr>
      <w:tr w:rsidR="00A91E1F" w14:paraId="2A65E96A" w14:textId="77777777">
        <w:trPr>
          <w:jc w:val="center"/>
        </w:trPr>
        <w:tc>
          <w:tcPr>
            <w:tcW w:w="56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3EB061B" w14:textId="77777777" w:rsidR="00A91E1F" w:rsidRDefault="00A91E1F"/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562A6D" w14:textId="77777777" w:rsidR="00A91E1F" w:rsidRDefault="00A91E1F"/>
        </w:tc>
        <w:tc>
          <w:tcPr>
            <w:tcW w:w="90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A671A9" w14:textId="77777777" w:rsidR="00A91E1F" w:rsidRDefault="00A91E1F"/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6346F9" w14:textId="77777777" w:rsidR="00A91E1F" w:rsidRDefault="00A91E1F"/>
        </w:tc>
        <w:tc>
          <w:tcPr>
            <w:tcW w:w="90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DA68B7B" w14:textId="77777777" w:rsidR="00A91E1F" w:rsidRDefault="00A91E1F"/>
        </w:tc>
        <w:tc>
          <w:tcPr>
            <w:tcW w:w="96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941E366" w14:textId="77777777" w:rsidR="00A91E1F" w:rsidRDefault="00A91E1F"/>
        </w:tc>
        <w:tc>
          <w:tcPr>
            <w:tcW w:w="164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FBD8151" w14:textId="77777777" w:rsidR="00A91E1F" w:rsidRDefault="00A91E1F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16E249" w14:textId="77777777" w:rsidR="00A91E1F" w:rsidRDefault="00A91E1F"/>
        </w:tc>
        <w:tc>
          <w:tcPr>
            <w:tcW w:w="136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CF3C689" w14:textId="77777777" w:rsidR="00A91E1F" w:rsidRDefault="00A91E1F"/>
        </w:tc>
        <w:tc>
          <w:tcPr>
            <w:tcW w:w="102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F146291" w14:textId="77777777" w:rsidR="00A91E1F" w:rsidRDefault="00A91E1F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1624A0" w14:textId="77777777" w:rsidR="00A91E1F" w:rsidRDefault="00A91E1F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887E0B2" w14:textId="77777777" w:rsidR="00A91E1F" w:rsidRDefault="00A91E1F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C3ECF2" w14:textId="77777777" w:rsidR="00A91E1F" w:rsidRDefault="00A91E1F"/>
        </w:tc>
      </w:tr>
      <w:tr w:rsidR="00A91E1F" w14:paraId="2BF0C622" w14:textId="77777777">
        <w:trPr>
          <w:jc w:val="center"/>
        </w:trPr>
        <w:tc>
          <w:tcPr>
            <w:tcW w:w="56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B857C2" w14:textId="77777777" w:rsidR="00A91E1F" w:rsidRDefault="00A91E1F"/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50B758F" w14:textId="77777777" w:rsidR="00A91E1F" w:rsidRDefault="00A91E1F"/>
        </w:tc>
        <w:tc>
          <w:tcPr>
            <w:tcW w:w="90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3A9BEBF" w14:textId="77777777" w:rsidR="00A91E1F" w:rsidRDefault="00A91E1F"/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2079062" w14:textId="77777777" w:rsidR="00A91E1F" w:rsidRDefault="00A91E1F"/>
        </w:tc>
        <w:tc>
          <w:tcPr>
            <w:tcW w:w="90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3AE821" w14:textId="77777777" w:rsidR="00A91E1F" w:rsidRDefault="00A91E1F"/>
        </w:tc>
        <w:tc>
          <w:tcPr>
            <w:tcW w:w="96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E7FC5F" w14:textId="77777777" w:rsidR="00A91E1F" w:rsidRDefault="00A91E1F"/>
        </w:tc>
        <w:tc>
          <w:tcPr>
            <w:tcW w:w="164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C9C62A" w14:textId="77777777" w:rsidR="00A91E1F" w:rsidRDefault="00A91E1F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EC42A9F" w14:textId="77777777" w:rsidR="00A91E1F" w:rsidRDefault="00A91E1F"/>
        </w:tc>
        <w:tc>
          <w:tcPr>
            <w:tcW w:w="136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6A40F25" w14:textId="77777777" w:rsidR="00A91E1F" w:rsidRDefault="00A91E1F"/>
        </w:tc>
        <w:tc>
          <w:tcPr>
            <w:tcW w:w="102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EE5E22C" w14:textId="77777777" w:rsidR="00A91E1F" w:rsidRDefault="00A91E1F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2282C1" w14:textId="77777777" w:rsidR="00A91E1F" w:rsidRDefault="00A91E1F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FF1EF8" w14:textId="77777777" w:rsidR="00A91E1F" w:rsidRDefault="00A91E1F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540FD8" w14:textId="77777777" w:rsidR="00A91E1F" w:rsidRDefault="00A91E1F"/>
        </w:tc>
      </w:tr>
      <w:tr w:rsidR="00A91E1F" w14:paraId="12510860" w14:textId="77777777">
        <w:trPr>
          <w:jc w:val="center"/>
        </w:trPr>
        <w:tc>
          <w:tcPr>
            <w:tcW w:w="56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EDD912" w14:textId="77777777" w:rsidR="00A91E1F" w:rsidRDefault="00A91E1F"/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5AD75C3" w14:textId="77777777" w:rsidR="00A91E1F" w:rsidRDefault="00A91E1F"/>
        </w:tc>
        <w:tc>
          <w:tcPr>
            <w:tcW w:w="90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8B74BC" w14:textId="77777777" w:rsidR="00A91E1F" w:rsidRDefault="00A91E1F"/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0A214C" w14:textId="77777777" w:rsidR="00A91E1F" w:rsidRDefault="00A91E1F"/>
        </w:tc>
        <w:tc>
          <w:tcPr>
            <w:tcW w:w="90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AC21A7" w14:textId="77777777" w:rsidR="00A91E1F" w:rsidRDefault="00A91E1F"/>
        </w:tc>
        <w:tc>
          <w:tcPr>
            <w:tcW w:w="96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93AA42" w14:textId="77777777" w:rsidR="00A91E1F" w:rsidRDefault="00A91E1F"/>
        </w:tc>
        <w:tc>
          <w:tcPr>
            <w:tcW w:w="164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FF76E5B" w14:textId="77777777" w:rsidR="00A91E1F" w:rsidRDefault="00A91E1F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25184BB" w14:textId="77777777" w:rsidR="00A91E1F" w:rsidRDefault="00A91E1F"/>
        </w:tc>
        <w:tc>
          <w:tcPr>
            <w:tcW w:w="136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5DD486" w14:textId="77777777" w:rsidR="00A91E1F" w:rsidRDefault="00A91E1F"/>
        </w:tc>
        <w:tc>
          <w:tcPr>
            <w:tcW w:w="102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AEE34F" w14:textId="77777777" w:rsidR="00A91E1F" w:rsidRDefault="00A91E1F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53243F" w14:textId="77777777" w:rsidR="00A91E1F" w:rsidRDefault="00A91E1F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A2307F" w14:textId="77777777" w:rsidR="00A91E1F" w:rsidRDefault="00A91E1F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2B4709" w14:textId="77777777" w:rsidR="00A91E1F" w:rsidRDefault="00A91E1F"/>
        </w:tc>
      </w:tr>
      <w:tr w:rsidR="009C615A" w14:paraId="02946368" w14:textId="77777777">
        <w:trPr>
          <w:jc w:val="center"/>
        </w:trPr>
        <w:tc>
          <w:tcPr>
            <w:tcW w:w="56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06BD16E" w14:textId="77777777" w:rsidR="009C615A" w:rsidRDefault="009C615A"/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34E2534" w14:textId="77777777" w:rsidR="009C615A" w:rsidRDefault="009C615A"/>
        </w:tc>
        <w:tc>
          <w:tcPr>
            <w:tcW w:w="90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F6173B" w14:textId="77777777" w:rsidR="009C615A" w:rsidRDefault="009C615A"/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E6017C" w14:textId="77777777" w:rsidR="009C615A" w:rsidRDefault="009C615A"/>
        </w:tc>
        <w:tc>
          <w:tcPr>
            <w:tcW w:w="90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0D3BDB9" w14:textId="77777777" w:rsidR="009C615A" w:rsidRDefault="009C615A"/>
        </w:tc>
        <w:tc>
          <w:tcPr>
            <w:tcW w:w="96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6224D95" w14:textId="77777777" w:rsidR="009C615A" w:rsidRDefault="009C615A"/>
        </w:tc>
        <w:tc>
          <w:tcPr>
            <w:tcW w:w="164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D070BC4" w14:textId="77777777" w:rsidR="009C615A" w:rsidRDefault="009C615A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25B58B5" w14:textId="77777777" w:rsidR="009C615A" w:rsidRDefault="009C615A"/>
        </w:tc>
        <w:tc>
          <w:tcPr>
            <w:tcW w:w="136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5671748" w14:textId="77777777" w:rsidR="009C615A" w:rsidRDefault="009C615A"/>
        </w:tc>
        <w:tc>
          <w:tcPr>
            <w:tcW w:w="102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F504FD" w14:textId="77777777" w:rsidR="009C615A" w:rsidRDefault="009C615A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CD43F7" w14:textId="77777777" w:rsidR="009C615A" w:rsidRDefault="009C615A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5B51D57" w14:textId="77777777" w:rsidR="009C615A" w:rsidRDefault="009C615A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337ECD" w14:textId="77777777" w:rsidR="009C615A" w:rsidRDefault="009C615A"/>
        </w:tc>
      </w:tr>
      <w:tr w:rsidR="009C615A" w14:paraId="74966E2E" w14:textId="77777777">
        <w:trPr>
          <w:jc w:val="center"/>
        </w:trPr>
        <w:tc>
          <w:tcPr>
            <w:tcW w:w="56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EBE7DB" w14:textId="77777777" w:rsidR="009C615A" w:rsidRDefault="009C615A"/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22A5E80" w14:textId="77777777" w:rsidR="009C615A" w:rsidRDefault="009C615A"/>
        </w:tc>
        <w:tc>
          <w:tcPr>
            <w:tcW w:w="90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783935" w14:textId="77777777" w:rsidR="009C615A" w:rsidRDefault="009C615A"/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377588" w14:textId="77777777" w:rsidR="009C615A" w:rsidRDefault="009C615A"/>
        </w:tc>
        <w:tc>
          <w:tcPr>
            <w:tcW w:w="90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BA49CA0" w14:textId="77777777" w:rsidR="009C615A" w:rsidRDefault="009C615A"/>
        </w:tc>
        <w:tc>
          <w:tcPr>
            <w:tcW w:w="96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198522" w14:textId="77777777" w:rsidR="009C615A" w:rsidRDefault="009C615A"/>
        </w:tc>
        <w:tc>
          <w:tcPr>
            <w:tcW w:w="164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154F7A" w14:textId="77777777" w:rsidR="009C615A" w:rsidRDefault="009C615A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F96EB42" w14:textId="77777777" w:rsidR="009C615A" w:rsidRDefault="009C615A"/>
        </w:tc>
        <w:tc>
          <w:tcPr>
            <w:tcW w:w="136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BCC516A" w14:textId="77777777" w:rsidR="009C615A" w:rsidRDefault="009C615A"/>
        </w:tc>
        <w:tc>
          <w:tcPr>
            <w:tcW w:w="102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5C34E3" w14:textId="77777777" w:rsidR="009C615A" w:rsidRDefault="009C615A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65B917" w14:textId="77777777" w:rsidR="009C615A" w:rsidRDefault="009C615A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D7A6BEB" w14:textId="77777777" w:rsidR="009C615A" w:rsidRDefault="009C615A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C8AD190" w14:textId="77777777" w:rsidR="009C615A" w:rsidRDefault="009C615A"/>
        </w:tc>
      </w:tr>
      <w:tr w:rsidR="009C615A" w14:paraId="4CC71A49" w14:textId="77777777">
        <w:trPr>
          <w:jc w:val="center"/>
        </w:trPr>
        <w:tc>
          <w:tcPr>
            <w:tcW w:w="56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6FFA61A" w14:textId="77777777" w:rsidR="009C615A" w:rsidRDefault="009C615A"/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89412D5" w14:textId="77777777" w:rsidR="009C615A" w:rsidRDefault="009C615A"/>
        </w:tc>
        <w:tc>
          <w:tcPr>
            <w:tcW w:w="90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3A3319F" w14:textId="77777777" w:rsidR="009C615A" w:rsidRDefault="009C615A"/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B37C1A" w14:textId="77777777" w:rsidR="009C615A" w:rsidRDefault="009C615A"/>
        </w:tc>
        <w:tc>
          <w:tcPr>
            <w:tcW w:w="90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EACB507" w14:textId="77777777" w:rsidR="009C615A" w:rsidRDefault="009C615A"/>
        </w:tc>
        <w:tc>
          <w:tcPr>
            <w:tcW w:w="96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2A9C79A" w14:textId="77777777" w:rsidR="009C615A" w:rsidRDefault="009C615A"/>
        </w:tc>
        <w:tc>
          <w:tcPr>
            <w:tcW w:w="164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5B34BE" w14:textId="77777777" w:rsidR="009C615A" w:rsidRDefault="009C615A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030FAC" w14:textId="77777777" w:rsidR="009C615A" w:rsidRDefault="009C615A"/>
        </w:tc>
        <w:tc>
          <w:tcPr>
            <w:tcW w:w="136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47D3198" w14:textId="77777777" w:rsidR="009C615A" w:rsidRDefault="009C615A"/>
        </w:tc>
        <w:tc>
          <w:tcPr>
            <w:tcW w:w="102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E474A7" w14:textId="77777777" w:rsidR="009C615A" w:rsidRDefault="009C615A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5BFBBD" w14:textId="77777777" w:rsidR="009C615A" w:rsidRDefault="009C615A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D57009" w14:textId="77777777" w:rsidR="009C615A" w:rsidRDefault="009C615A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37ABD0" w14:textId="77777777" w:rsidR="009C615A" w:rsidRDefault="009C615A"/>
        </w:tc>
      </w:tr>
      <w:tr w:rsidR="009C615A" w14:paraId="4B35DE22" w14:textId="77777777">
        <w:trPr>
          <w:jc w:val="center"/>
        </w:trPr>
        <w:tc>
          <w:tcPr>
            <w:tcW w:w="56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668813" w14:textId="77777777" w:rsidR="009C615A" w:rsidRDefault="009C615A"/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7F34F8" w14:textId="77777777" w:rsidR="009C615A" w:rsidRDefault="009C615A"/>
        </w:tc>
        <w:tc>
          <w:tcPr>
            <w:tcW w:w="90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1FCF81" w14:textId="77777777" w:rsidR="009C615A" w:rsidRDefault="009C615A"/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6877A7" w14:textId="77777777" w:rsidR="009C615A" w:rsidRDefault="009C615A"/>
        </w:tc>
        <w:tc>
          <w:tcPr>
            <w:tcW w:w="90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C3422C" w14:textId="77777777" w:rsidR="009C615A" w:rsidRDefault="009C615A"/>
        </w:tc>
        <w:tc>
          <w:tcPr>
            <w:tcW w:w="96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1CE593E" w14:textId="77777777" w:rsidR="009C615A" w:rsidRDefault="009C615A"/>
        </w:tc>
        <w:tc>
          <w:tcPr>
            <w:tcW w:w="164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426F67" w14:textId="77777777" w:rsidR="009C615A" w:rsidRDefault="009C615A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B867A9" w14:textId="77777777" w:rsidR="009C615A" w:rsidRDefault="009C615A"/>
        </w:tc>
        <w:tc>
          <w:tcPr>
            <w:tcW w:w="136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46D7C6F" w14:textId="77777777" w:rsidR="009C615A" w:rsidRDefault="009C615A"/>
        </w:tc>
        <w:tc>
          <w:tcPr>
            <w:tcW w:w="102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4B9774" w14:textId="77777777" w:rsidR="009C615A" w:rsidRDefault="009C615A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FDEA8B" w14:textId="77777777" w:rsidR="009C615A" w:rsidRDefault="009C615A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D1BD98C" w14:textId="77777777" w:rsidR="009C615A" w:rsidRDefault="009C615A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0759DDC" w14:textId="77777777" w:rsidR="009C615A" w:rsidRDefault="009C615A"/>
        </w:tc>
      </w:tr>
      <w:tr w:rsidR="009C615A" w14:paraId="51D5FE47" w14:textId="77777777">
        <w:trPr>
          <w:jc w:val="center"/>
        </w:trPr>
        <w:tc>
          <w:tcPr>
            <w:tcW w:w="56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5F61D2" w14:textId="77777777" w:rsidR="009C615A" w:rsidRDefault="009C615A"/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A386B89" w14:textId="77777777" w:rsidR="009C615A" w:rsidRDefault="009C615A"/>
        </w:tc>
        <w:tc>
          <w:tcPr>
            <w:tcW w:w="90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825417" w14:textId="77777777" w:rsidR="009C615A" w:rsidRDefault="009C615A"/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FE0D0B8" w14:textId="77777777" w:rsidR="009C615A" w:rsidRDefault="009C615A"/>
        </w:tc>
        <w:tc>
          <w:tcPr>
            <w:tcW w:w="90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B3FEEF" w14:textId="77777777" w:rsidR="009C615A" w:rsidRDefault="009C615A"/>
        </w:tc>
        <w:tc>
          <w:tcPr>
            <w:tcW w:w="96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47D35E" w14:textId="77777777" w:rsidR="009C615A" w:rsidRDefault="009C615A"/>
        </w:tc>
        <w:tc>
          <w:tcPr>
            <w:tcW w:w="164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0848DFF" w14:textId="77777777" w:rsidR="009C615A" w:rsidRDefault="009C615A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848491A" w14:textId="77777777" w:rsidR="009C615A" w:rsidRDefault="009C615A"/>
        </w:tc>
        <w:tc>
          <w:tcPr>
            <w:tcW w:w="136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293FA3" w14:textId="77777777" w:rsidR="009C615A" w:rsidRDefault="009C615A"/>
        </w:tc>
        <w:tc>
          <w:tcPr>
            <w:tcW w:w="102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17B3E35" w14:textId="77777777" w:rsidR="009C615A" w:rsidRDefault="009C615A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00E69F9" w14:textId="77777777" w:rsidR="009C615A" w:rsidRDefault="009C615A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4042C87" w14:textId="77777777" w:rsidR="009C615A" w:rsidRDefault="009C615A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F2D244B" w14:textId="77777777" w:rsidR="009C615A" w:rsidRDefault="009C615A"/>
        </w:tc>
      </w:tr>
      <w:tr w:rsidR="009C615A" w14:paraId="388644EF" w14:textId="77777777">
        <w:trPr>
          <w:jc w:val="center"/>
        </w:trPr>
        <w:tc>
          <w:tcPr>
            <w:tcW w:w="56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FF481B8" w14:textId="77777777" w:rsidR="009C615A" w:rsidRDefault="009C615A"/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214F4E" w14:textId="77777777" w:rsidR="009C615A" w:rsidRDefault="009C615A"/>
        </w:tc>
        <w:tc>
          <w:tcPr>
            <w:tcW w:w="90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2EC268B" w14:textId="77777777" w:rsidR="009C615A" w:rsidRDefault="009C615A"/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88FA013" w14:textId="77777777" w:rsidR="009C615A" w:rsidRDefault="009C615A"/>
        </w:tc>
        <w:tc>
          <w:tcPr>
            <w:tcW w:w="90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8FCE339" w14:textId="77777777" w:rsidR="009C615A" w:rsidRDefault="009C615A"/>
        </w:tc>
        <w:tc>
          <w:tcPr>
            <w:tcW w:w="96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A5F83E" w14:textId="77777777" w:rsidR="009C615A" w:rsidRDefault="009C615A"/>
        </w:tc>
        <w:tc>
          <w:tcPr>
            <w:tcW w:w="164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314A00" w14:textId="77777777" w:rsidR="009C615A" w:rsidRDefault="009C615A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F0B5EB" w14:textId="77777777" w:rsidR="009C615A" w:rsidRDefault="009C615A"/>
        </w:tc>
        <w:tc>
          <w:tcPr>
            <w:tcW w:w="136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7FE2FE" w14:textId="77777777" w:rsidR="009C615A" w:rsidRDefault="009C615A"/>
        </w:tc>
        <w:tc>
          <w:tcPr>
            <w:tcW w:w="102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D341651" w14:textId="77777777" w:rsidR="009C615A" w:rsidRDefault="009C615A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491EC9" w14:textId="77777777" w:rsidR="009C615A" w:rsidRDefault="009C615A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2EB426" w14:textId="77777777" w:rsidR="009C615A" w:rsidRDefault="009C615A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CC1F94F" w14:textId="77777777" w:rsidR="009C615A" w:rsidRDefault="009C615A"/>
        </w:tc>
      </w:tr>
      <w:tr w:rsidR="009C615A" w14:paraId="2A28AC82" w14:textId="77777777">
        <w:trPr>
          <w:jc w:val="center"/>
        </w:trPr>
        <w:tc>
          <w:tcPr>
            <w:tcW w:w="56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49F218F" w14:textId="77777777" w:rsidR="009C615A" w:rsidRDefault="009C615A"/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7D744B7" w14:textId="77777777" w:rsidR="009C615A" w:rsidRDefault="009C615A"/>
        </w:tc>
        <w:tc>
          <w:tcPr>
            <w:tcW w:w="90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73EB30" w14:textId="77777777" w:rsidR="009C615A" w:rsidRDefault="009C615A"/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124797" w14:textId="77777777" w:rsidR="009C615A" w:rsidRDefault="009C615A"/>
        </w:tc>
        <w:tc>
          <w:tcPr>
            <w:tcW w:w="90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511359" w14:textId="77777777" w:rsidR="009C615A" w:rsidRDefault="009C615A"/>
        </w:tc>
        <w:tc>
          <w:tcPr>
            <w:tcW w:w="96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5FE63F" w14:textId="77777777" w:rsidR="009C615A" w:rsidRDefault="009C615A"/>
        </w:tc>
        <w:tc>
          <w:tcPr>
            <w:tcW w:w="164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10D01C" w14:textId="77777777" w:rsidR="009C615A" w:rsidRDefault="009C615A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0C981D" w14:textId="77777777" w:rsidR="009C615A" w:rsidRDefault="009C615A"/>
        </w:tc>
        <w:tc>
          <w:tcPr>
            <w:tcW w:w="136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F34777C" w14:textId="77777777" w:rsidR="009C615A" w:rsidRDefault="009C615A"/>
        </w:tc>
        <w:tc>
          <w:tcPr>
            <w:tcW w:w="102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D8BFE9" w14:textId="77777777" w:rsidR="009C615A" w:rsidRDefault="009C615A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847551D" w14:textId="77777777" w:rsidR="009C615A" w:rsidRDefault="009C615A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9922F6" w14:textId="77777777" w:rsidR="009C615A" w:rsidRDefault="009C615A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DF00A5" w14:textId="77777777" w:rsidR="009C615A" w:rsidRDefault="009C615A"/>
        </w:tc>
      </w:tr>
      <w:tr w:rsidR="009C615A" w14:paraId="2EC89744" w14:textId="77777777">
        <w:trPr>
          <w:jc w:val="center"/>
        </w:trPr>
        <w:tc>
          <w:tcPr>
            <w:tcW w:w="56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D72208" w14:textId="77777777" w:rsidR="009C615A" w:rsidRDefault="009C615A"/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4158CF" w14:textId="77777777" w:rsidR="009C615A" w:rsidRDefault="009C615A"/>
        </w:tc>
        <w:tc>
          <w:tcPr>
            <w:tcW w:w="90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7F8D71D" w14:textId="77777777" w:rsidR="009C615A" w:rsidRDefault="009C615A"/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614C2D" w14:textId="77777777" w:rsidR="009C615A" w:rsidRDefault="009C615A"/>
        </w:tc>
        <w:tc>
          <w:tcPr>
            <w:tcW w:w="90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B42F9E" w14:textId="77777777" w:rsidR="009C615A" w:rsidRDefault="009C615A"/>
        </w:tc>
        <w:tc>
          <w:tcPr>
            <w:tcW w:w="96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938EFF" w14:textId="77777777" w:rsidR="009C615A" w:rsidRDefault="009C615A"/>
        </w:tc>
        <w:tc>
          <w:tcPr>
            <w:tcW w:w="164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DE1BB3B" w14:textId="77777777" w:rsidR="009C615A" w:rsidRDefault="009C615A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D8A42B" w14:textId="77777777" w:rsidR="009C615A" w:rsidRDefault="009C615A"/>
        </w:tc>
        <w:tc>
          <w:tcPr>
            <w:tcW w:w="136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D1EE861" w14:textId="77777777" w:rsidR="009C615A" w:rsidRDefault="009C615A"/>
        </w:tc>
        <w:tc>
          <w:tcPr>
            <w:tcW w:w="102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5C59425" w14:textId="77777777" w:rsidR="009C615A" w:rsidRDefault="009C615A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D15783" w14:textId="77777777" w:rsidR="009C615A" w:rsidRDefault="009C615A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5171108" w14:textId="77777777" w:rsidR="009C615A" w:rsidRDefault="009C615A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0F554F3" w14:textId="77777777" w:rsidR="009C615A" w:rsidRDefault="009C615A"/>
        </w:tc>
      </w:tr>
      <w:tr w:rsidR="009C615A" w14:paraId="1BD62206" w14:textId="77777777">
        <w:trPr>
          <w:jc w:val="center"/>
        </w:trPr>
        <w:tc>
          <w:tcPr>
            <w:tcW w:w="56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115026" w14:textId="77777777" w:rsidR="009C615A" w:rsidRDefault="009C615A"/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F3C8490" w14:textId="77777777" w:rsidR="009C615A" w:rsidRDefault="009C615A"/>
        </w:tc>
        <w:tc>
          <w:tcPr>
            <w:tcW w:w="90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B68272" w14:textId="77777777" w:rsidR="009C615A" w:rsidRDefault="009C615A"/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B72C41" w14:textId="77777777" w:rsidR="009C615A" w:rsidRDefault="009C615A"/>
        </w:tc>
        <w:tc>
          <w:tcPr>
            <w:tcW w:w="90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296F1D" w14:textId="77777777" w:rsidR="009C615A" w:rsidRDefault="009C615A"/>
        </w:tc>
        <w:tc>
          <w:tcPr>
            <w:tcW w:w="96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98798A" w14:textId="77777777" w:rsidR="009C615A" w:rsidRDefault="009C615A"/>
        </w:tc>
        <w:tc>
          <w:tcPr>
            <w:tcW w:w="164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57B59FB" w14:textId="77777777" w:rsidR="009C615A" w:rsidRDefault="009C615A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37CA87" w14:textId="77777777" w:rsidR="009C615A" w:rsidRDefault="009C615A"/>
        </w:tc>
        <w:tc>
          <w:tcPr>
            <w:tcW w:w="136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F61566F" w14:textId="77777777" w:rsidR="009C615A" w:rsidRDefault="009C615A"/>
        </w:tc>
        <w:tc>
          <w:tcPr>
            <w:tcW w:w="102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43DE5C5" w14:textId="77777777" w:rsidR="009C615A" w:rsidRDefault="009C615A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5A4A3BC" w14:textId="77777777" w:rsidR="009C615A" w:rsidRDefault="009C615A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2A5615" w14:textId="77777777" w:rsidR="009C615A" w:rsidRDefault="009C615A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B356E53" w14:textId="77777777" w:rsidR="009C615A" w:rsidRDefault="009C615A"/>
        </w:tc>
      </w:tr>
      <w:tr w:rsidR="009C615A" w14:paraId="18ACA788" w14:textId="77777777">
        <w:trPr>
          <w:jc w:val="center"/>
        </w:trPr>
        <w:tc>
          <w:tcPr>
            <w:tcW w:w="56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5C0BAF" w14:textId="77777777" w:rsidR="009C615A" w:rsidRDefault="009C615A"/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4392F1D" w14:textId="77777777" w:rsidR="009C615A" w:rsidRDefault="009C615A"/>
        </w:tc>
        <w:tc>
          <w:tcPr>
            <w:tcW w:w="90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0D12CA6" w14:textId="77777777" w:rsidR="009C615A" w:rsidRDefault="009C615A"/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3AAB03A" w14:textId="77777777" w:rsidR="009C615A" w:rsidRDefault="009C615A"/>
        </w:tc>
        <w:tc>
          <w:tcPr>
            <w:tcW w:w="90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6376555" w14:textId="77777777" w:rsidR="009C615A" w:rsidRDefault="009C615A"/>
        </w:tc>
        <w:tc>
          <w:tcPr>
            <w:tcW w:w="96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373391" w14:textId="77777777" w:rsidR="009C615A" w:rsidRDefault="009C615A"/>
        </w:tc>
        <w:tc>
          <w:tcPr>
            <w:tcW w:w="164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C1F24F" w14:textId="77777777" w:rsidR="009C615A" w:rsidRDefault="009C615A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796FC1" w14:textId="77777777" w:rsidR="009C615A" w:rsidRDefault="009C615A"/>
        </w:tc>
        <w:tc>
          <w:tcPr>
            <w:tcW w:w="136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C11BA6" w14:textId="77777777" w:rsidR="009C615A" w:rsidRDefault="009C615A"/>
        </w:tc>
        <w:tc>
          <w:tcPr>
            <w:tcW w:w="102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D4E95A9" w14:textId="77777777" w:rsidR="009C615A" w:rsidRDefault="009C615A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D02C85" w14:textId="77777777" w:rsidR="009C615A" w:rsidRDefault="009C615A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F489FAA" w14:textId="77777777" w:rsidR="009C615A" w:rsidRDefault="009C615A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022232F" w14:textId="77777777" w:rsidR="009C615A" w:rsidRDefault="009C615A"/>
        </w:tc>
      </w:tr>
      <w:tr w:rsidR="009C615A" w14:paraId="2D08E4A7" w14:textId="77777777">
        <w:trPr>
          <w:jc w:val="center"/>
        </w:trPr>
        <w:tc>
          <w:tcPr>
            <w:tcW w:w="56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9DDEF3" w14:textId="77777777" w:rsidR="009C615A" w:rsidRDefault="009C615A"/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97EF3DB" w14:textId="77777777" w:rsidR="009C615A" w:rsidRDefault="009C615A"/>
        </w:tc>
        <w:tc>
          <w:tcPr>
            <w:tcW w:w="90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5E01C3" w14:textId="77777777" w:rsidR="009C615A" w:rsidRDefault="009C615A"/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F764A36" w14:textId="77777777" w:rsidR="009C615A" w:rsidRDefault="009C615A"/>
        </w:tc>
        <w:tc>
          <w:tcPr>
            <w:tcW w:w="90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09F88B" w14:textId="77777777" w:rsidR="009C615A" w:rsidRDefault="009C615A"/>
        </w:tc>
        <w:tc>
          <w:tcPr>
            <w:tcW w:w="96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190E14F" w14:textId="77777777" w:rsidR="009C615A" w:rsidRDefault="009C615A"/>
        </w:tc>
        <w:tc>
          <w:tcPr>
            <w:tcW w:w="164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E20746F" w14:textId="77777777" w:rsidR="009C615A" w:rsidRDefault="009C615A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1F8CE8" w14:textId="77777777" w:rsidR="009C615A" w:rsidRDefault="009C615A"/>
        </w:tc>
        <w:tc>
          <w:tcPr>
            <w:tcW w:w="136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6D7E2A" w14:textId="77777777" w:rsidR="009C615A" w:rsidRDefault="009C615A"/>
        </w:tc>
        <w:tc>
          <w:tcPr>
            <w:tcW w:w="102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28E01F3" w14:textId="77777777" w:rsidR="009C615A" w:rsidRDefault="009C615A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EDA850" w14:textId="77777777" w:rsidR="009C615A" w:rsidRDefault="009C615A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5EC128" w14:textId="77777777" w:rsidR="009C615A" w:rsidRDefault="009C615A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24E8EF" w14:textId="77777777" w:rsidR="009C615A" w:rsidRDefault="009C615A"/>
        </w:tc>
      </w:tr>
      <w:tr w:rsidR="009C615A" w14:paraId="23674872" w14:textId="77777777">
        <w:trPr>
          <w:jc w:val="center"/>
        </w:trPr>
        <w:tc>
          <w:tcPr>
            <w:tcW w:w="56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2172B4" w14:textId="77777777" w:rsidR="009C615A" w:rsidRDefault="009C615A"/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F3A3DE7" w14:textId="77777777" w:rsidR="009C615A" w:rsidRDefault="009C615A"/>
        </w:tc>
        <w:tc>
          <w:tcPr>
            <w:tcW w:w="90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65B0F0" w14:textId="77777777" w:rsidR="009C615A" w:rsidRDefault="009C615A"/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41E849" w14:textId="77777777" w:rsidR="009C615A" w:rsidRDefault="009C615A"/>
        </w:tc>
        <w:tc>
          <w:tcPr>
            <w:tcW w:w="90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B793786" w14:textId="77777777" w:rsidR="009C615A" w:rsidRDefault="009C615A"/>
        </w:tc>
        <w:tc>
          <w:tcPr>
            <w:tcW w:w="96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453E505" w14:textId="77777777" w:rsidR="009C615A" w:rsidRDefault="009C615A"/>
        </w:tc>
        <w:tc>
          <w:tcPr>
            <w:tcW w:w="164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85ECC0" w14:textId="77777777" w:rsidR="009C615A" w:rsidRDefault="009C615A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9D845DD" w14:textId="77777777" w:rsidR="009C615A" w:rsidRDefault="009C615A"/>
        </w:tc>
        <w:tc>
          <w:tcPr>
            <w:tcW w:w="136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FCE708" w14:textId="77777777" w:rsidR="009C615A" w:rsidRDefault="009C615A"/>
        </w:tc>
        <w:tc>
          <w:tcPr>
            <w:tcW w:w="102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93808A5" w14:textId="77777777" w:rsidR="009C615A" w:rsidRDefault="009C615A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5B05EEE" w14:textId="77777777" w:rsidR="009C615A" w:rsidRDefault="009C615A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36CB1F" w14:textId="77777777" w:rsidR="009C615A" w:rsidRDefault="009C615A"/>
        </w:tc>
        <w:tc>
          <w:tcPr>
            <w:tcW w:w="130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31B24FF" w14:textId="77777777" w:rsidR="009C615A" w:rsidRDefault="009C615A"/>
        </w:tc>
      </w:tr>
    </w:tbl>
    <w:p w14:paraId="49BB1820" w14:textId="77777777" w:rsidR="00501D14" w:rsidRDefault="00501D14"/>
    <w:sectPr w:rsidR="00501D14" w:rsidSect="00034616">
      <w:pgSz w:w="16838" w:h="11906" w:orient="landscape"/>
      <w:pgMar w:top="794" w:right="567" w:bottom="680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49543776">
    <w:abstractNumId w:val="8"/>
  </w:num>
  <w:num w:numId="2" w16cid:durableId="1295915870">
    <w:abstractNumId w:val="6"/>
  </w:num>
  <w:num w:numId="3" w16cid:durableId="198904065">
    <w:abstractNumId w:val="5"/>
  </w:num>
  <w:num w:numId="4" w16cid:durableId="118686046">
    <w:abstractNumId w:val="4"/>
  </w:num>
  <w:num w:numId="5" w16cid:durableId="395052961">
    <w:abstractNumId w:val="7"/>
  </w:num>
  <w:num w:numId="6" w16cid:durableId="450393468">
    <w:abstractNumId w:val="3"/>
  </w:num>
  <w:num w:numId="7" w16cid:durableId="522596611">
    <w:abstractNumId w:val="2"/>
  </w:num>
  <w:num w:numId="8" w16cid:durableId="1917863054">
    <w:abstractNumId w:val="1"/>
  </w:num>
  <w:num w:numId="9" w16cid:durableId="226115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6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01D14"/>
    <w:rsid w:val="009C615A"/>
    <w:rsid w:val="00A91E1F"/>
    <w:rsid w:val="00AA1D8D"/>
    <w:rsid w:val="00B47730"/>
    <w:rsid w:val="00CB0664"/>
    <w:rsid w:val="00F6688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844491D"/>
  <w14:defaultImageDpi w14:val="300"/>
  <w15:docId w15:val="{2C3D18EF-08CF-411C-BF6C-9A0EB05AE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Administrator</cp:lastModifiedBy>
  <cp:revision>2</cp:revision>
  <dcterms:created xsi:type="dcterms:W3CDTF">2026-11-04T01:40:00Z</dcterms:created>
  <dcterms:modified xsi:type="dcterms:W3CDTF">2026-11-04T01:40:00Z</dcterms:modified>
  <cp:category/>
</cp:coreProperties>
</file>